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D0214" w14:textId="77777777" w:rsidR="00FD342F" w:rsidRDefault="002E3EED">
      <w:pPr>
        <w:jc w:val="center"/>
      </w:pPr>
      <w:r>
        <w:rPr>
          <w:b/>
          <w:sz w:val="30"/>
        </w:rPr>
        <w:t>ALLEGATO B – DOMANDA DI PARTECIPAZIONE</w:t>
      </w:r>
      <w:r>
        <w:rPr>
          <w:b/>
        </w:rPr>
        <w:br/>
        <w:t>BANDO P.I.P. BORDA 2026</w:t>
      </w:r>
    </w:p>
    <w:p w14:paraId="446577E8" w14:textId="77777777" w:rsidR="00FD342F" w:rsidRDefault="002E3EED">
      <w:pPr>
        <w:jc w:val="right"/>
      </w:pPr>
      <w:r>
        <w:t>Al Comune di Sersale</w:t>
      </w:r>
      <w:r>
        <w:br/>
        <w:t>Area Edilizia Urbanistica</w:t>
      </w:r>
    </w:p>
    <w:p w14:paraId="03B5D36E" w14:textId="77777777" w:rsidR="00FD342F" w:rsidRDefault="002E3EED">
      <w:r>
        <w:t>Il/La sottoscritto/a ______________________________________________, nato/a a ______________________________ il ____________, C.F. ______________________________, residente in ______________________________, in qualità di titolare/legale rappresentante dell’impresa ______________________________________________, con sede in ______________________________, C.F./P.IVA ______________________________, tel. __________________, e-mail/PEC ______________________________,</w:t>
      </w:r>
    </w:p>
    <w:p w14:paraId="717CD5C2" w14:textId="77777777" w:rsidR="00FD342F" w:rsidRDefault="002E3EED">
      <w:pPr>
        <w:jc w:val="center"/>
      </w:pPr>
      <w:r>
        <w:rPr>
          <w:b/>
        </w:rPr>
        <w:t>CHIEDE</w:t>
      </w:r>
    </w:p>
    <w:p w14:paraId="5D217986" w14:textId="77777777" w:rsidR="00FD342F" w:rsidRDefault="002E3EED">
      <w:r>
        <w:t>di partecipare al Bando P.I.P. Borda 2026 e di concorrere all’assegnazione di uno dei lotti disponibili, secondo il seguente ordine di preferenza: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FD342F" w14:paraId="433CB0D0" w14:textId="77777777" w:rsidTr="001B789B">
        <w:trPr>
          <w:jc w:val="center"/>
        </w:trPr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3FE1DE" w14:textId="77777777" w:rsidR="00FD342F" w:rsidRDefault="002E3EED">
            <w:r>
              <w:rPr>
                <w:sz w:val="22"/>
              </w:rPr>
              <w:t>Ordine</w:t>
            </w:r>
          </w:p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C8F9D5" w14:textId="77777777" w:rsidR="00FD342F" w:rsidRDefault="002E3EED">
            <w:r>
              <w:rPr>
                <w:sz w:val="22"/>
              </w:rPr>
              <w:t>Lotto n.</w:t>
            </w:r>
          </w:p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2547B5" w14:textId="77777777" w:rsidR="00FD342F" w:rsidRDefault="002E3EED">
            <w:r>
              <w:rPr>
                <w:sz w:val="22"/>
              </w:rPr>
              <w:t>Motivazione dell’idoneità del lotto</w:t>
            </w:r>
          </w:p>
        </w:tc>
      </w:tr>
      <w:tr w:rsidR="00FD342F" w14:paraId="412BDD61" w14:textId="77777777" w:rsidTr="001B789B">
        <w:trPr>
          <w:jc w:val="center"/>
        </w:trPr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57EF09" w14:textId="77777777" w:rsidR="00FD342F" w:rsidRDefault="002E3EED">
            <w:r>
              <w:rPr>
                <w:sz w:val="22"/>
              </w:rPr>
              <w:t>1</w:t>
            </w:r>
          </w:p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79ED15" w14:textId="77777777" w:rsidR="00FD342F" w:rsidRDefault="00FD342F"/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891D09" w14:textId="77777777" w:rsidR="00FD342F" w:rsidRDefault="00FD342F"/>
        </w:tc>
      </w:tr>
      <w:tr w:rsidR="00FD342F" w14:paraId="1E2DAD65" w14:textId="77777777" w:rsidTr="001B789B">
        <w:trPr>
          <w:jc w:val="center"/>
        </w:trPr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D8966C" w14:textId="77777777" w:rsidR="00FD342F" w:rsidRDefault="002E3EED">
            <w:r>
              <w:rPr>
                <w:sz w:val="22"/>
              </w:rPr>
              <w:t>2</w:t>
            </w:r>
          </w:p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0F924F" w14:textId="77777777" w:rsidR="00FD342F" w:rsidRDefault="00FD342F"/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6CE22D" w14:textId="77777777" w:rsidR="00FD342F" w:rsidRDefault="00FD342F"/>
        </w:tc>
      </w:tr>
      <w:tr w:rsidR="00FD342F" w14:paraId="5C1E4045" w14:textId="77777777" w:rsidTr="001B789B">
        <w:trPr>
          <w:jc w:val="center"/>
        </w:trPr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61B563" w14:textId="77777777" w:rsidR="00FD342F" w:rsidRDefault="002E3EED">
            <w:r>
              <w:rPr>
                <w:sz w:val="22"/>
              </w:rPr>
              <w:t>3</w:t>
            </w:r>
          </w:p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786B90" w14:textId="77777777" w:rsidR="00FD342F" w:rsidRDefault="00FD342F"/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C3298F" w14:textId="77777777" w:rsidR="00FD342F" w:rsidRDefault="00FD342F"/>
        </w:tc>
      </w:tr>
      <w:tr w:rsidR="00FD342F" w14:paraId="2296E18E" w14:textId="77777777" w:rsidTr="001B789B">
        <w:trPr>
          <w:jc w:val="center"/>
        </w:trPr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94716F" w14:textId="77777777" w:rsidR="00FD342F" w:rsidRDefault="002E3EED">
            <w:r>
              <w:rPr>
                <w:sz w:val="22"/>
              </w:rPr>
              <w:t>4</w:t>
            </w:r>
          </w:p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D0650C" w14:textId="77777777" w:rsidR="00FD342F" w:rsidRDefault="00FD342F"/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C16043" w14:textId="77777777" w:rsidR="00FD342F" w:rsidRDefault="00FD342F"/>
        </w:tc>
      </w:tr>
      <w:tr w:rsidR="00FD342F" w14:paraId="1CAF132E" w14:textId="77777777" w:rsidTr="001B789B">
        <w:trPr>
          <w:jc w:val="center"/>
        </w:trPr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57B7C4" w14:textId="77777777" w:rsidR="00FD342F" w:rsidRDefault="002E3EED">
            <w:r>
              <w:rPr>
                <w:sz w:val="22"/>
              </w:rPr>
              <w:t>5</w:t>
            </w:r>
          </w:p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319000" w14:textId="77777777" w:rsidR="00FD342F" w:rsidRDefault="00FD342F"/>
        </w:tc>
        <w:tc>
          <w:tcPr>
            <w:tcW w:w="34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6E39E0" w14:textId="77777777" w:rsidR="00FD342F" w:rsidRDefault="00FD342F"/>
        </w:tc>
      </w:tr>
    </w:tbl>
    <w:p w14:paraId="272AB375" w14:textId="77777777" w:rsidR="001B789B" w:rsidRDefault="001B789B" w:rsidP="001B789B">
      <w:pPr>
        <w:jc w:val="center"/>
        <w:rPr>
          <w:b/>
        </w:rPr>
      </w:pPr>
    </w:p>
    <w:p w14:paraId="037F8629" w14:textId="012C9A5E" w:rsidR="00FD342F" w:rsidRDefault="002E3EED" w:rsidP="001B789B">
      <w:pPr>
        <w:jc w:val="center"/>
      </w:pPr>
      <w:r>
        <w:rPr>
          <w:b/>
        </w:rPr>
        <w:t>DICHIARA, ai sensi degli artt. 46 e 47 del D.P.R. n. 445/2000</w:t>
      </w:r>
    </w:p>
    <w:p w14:paraId="4E4A7A15" w14:textId="77777777" w:rsidR="00FD342F" w:rsidRDefault="002E3EED">
      <w:pPr>
        <w:pStyle w:val="Puntoelenco"/>
      </w:pPr>
      <w:r>
        <w:t>di essere iscritto alla C.C.I.A.A. di ______________________________ al n. __________________ per l’attività di ______________________________________________;</w:t>
      </w:r>
    </w:p>
    <w:p w14:paraId="1A3A5165" w14:textId="77777777" w:rsidR="00FD342F" w:rsidRDefault="002E3EED">
      <w:pPr>
        <w:pStyle w:val="Puntoelenco"/>
      </w:pPr>
      <w:r>
        <w:t>di possedere i requisiti minimi previsti dall’art. 4 del vigente Regolamento P.I.P.;</w:t>
      </w:r>
    </w:p>
    <w:p w14:paraId="4A515A65" w14:textId="77777777" w:rsidR="00FD342F" w:rsidRDefault="002E3EED">
      <w:pPr>
        <w:pStyle w:val="Puntoelenco"/>
      </w:pPr>
      <w:r>
        <w:t>di non trovarsi nelle condizioni ostative previste dal Regolamento e di non essere incapace a contrarre con la pubblica amministrazione;</w:t>
      </w:r>
    </w:p>
    <w:p w14:paraId="2E05B234" w14:textId="77777777" w:rsidR="00FD342F" w:rsidRDefault="002E3EED">
      <w:pPr>
        <w:pStyle w:val="Puntoelenco"/>
      </w:pPr>
      <w:r>
        <w:t>di impegnarsi, in caso di assegnazione, a sottoscrivere gli atti di assegnazione nei modi e nei tempi previsti dal Regolamento;</w:t>
      </w:r>
    </w:p>
    <w:p w14:paraId="2B9242BE" w14:textId="77777777" w:rsidR="00FD342F" w:rsidRDefault="002E3EED">
      <w:pPr>
        <w:pStyle w:val="Puntoelenco"/>
      </w:pPr>
      <w:r>
        <w:t>di accettare integralmente il Bando P.I.P. 2026 e il vigente Regolamento P.I.P.;</w:t>
      </w:r>
    </w:p>
    <w:p w14:paraId="2517424D" w14:textId="77777777" w:rsidR="00FD342F" w:rsidRDefault="002E3EED">
      <w:pPr>
        <w:pStyle w:val="Puntoelenco"/>
      </w:pPr>
      <w:r>
        <w:t>di richiedere la cessione: □ IN PROPRIETÀ  □ IN DIRITTO DI SUPERFICIE;</w:t>
      </w:r>
    </w:p>
    <w:p w14:paraId="08573E32" w14:textId="77777777" w:rsidR="00FD342F" w:rsidRDefault="002E3EED">
      <w:pPr>
        <w:pStyle w:val="Puntoelenco"/>
      </w:pPr>
      <w:r>
        <w:lastRenderedPageBreak/>
        <w:t>di possedere / non possedere altri terreni o immobili nel territorio comunale; in caso positivo indicare ubicazione e destinazione: ______________________________________________;</w:t>
      </w:r>
    </w:p>
    <w:p w14:paraId="15F9BCD0" w14:textId="77777777" w:rsidR="00FD342F" w:rsidRDefault="002E3EED">
      <w:pPr>
        <w:pStyle w:val="Puntoelenco"/>
      </w:pPr>
      <w:r>
        <w:t>di svolgere attualmente l’attività in locali: □ di proprietà  □ in locazione  □ altro ______________________________;</w:t>
      </w:r>
    </w:p>
    <w:p w14:paraId="28CD3754" w14:textId="77777777" w:rsidR="00FD342F" w:rsidRDefault="002E3EED">
      <w:pPr>
        <w:pStyle w:val="Puntoelenco"/>
      </w:pPr>
      <w:r>
        <w:t>che il numero attuale degli addetti è pari a n. _______;</w:t>
      </w:r>
    </w:p>
    <w:p w14:paraId="63D05B18" w14:textId="77777777" w:rsidR="00FD342F" w:rsidRDefault="002E3EED">
      <w:pPr>
        <w:pStyle w:val="Puntoelenco"/>
      </w:pPr>
      <w:r>
        <w:t>che il numero degli addetti che si impegna ad assumere entro il primo anno dall’agibilità è pari a n. _______;</w:t>
      </w:r>
    </w:p>
    <w:p w14:paraId="4B438FCB" w14:textId="77777777" w:rsidR="00FD342F" w:rsidRDefault="002E3EED">
      <w:pPr>
        <w:pStyle w:val="Puntoelenco"/>
      </w:pPr>
      <w:r>
        <w:t>che l’andamento dell’organico negli ultimi tre anni è quello risultante dalla documentazione allegata;</w:t>
      </w:r>
    </w:p>
    <w:p w14:paraId="79F0440C" w14:textId="77777777" w:rsidR="00FD342F" w:rsidRDefault="002E3EED">
      <w:pPr>
        <w:pStyle w:val="Puntoelenco"/>
      </w:pPr>
      <w:r>
        <w:t>che l’impresa è di nuova costituzione: □ SÌ  □ NO; età del legale rappresentante alla data di scadenza del bando: ______ anni;</w:t>
      </w:r>
    </w:p>
    <w:p w14:paraId="116F7061" w14:textId="77777777" w:rsidR="00FD342F" w:rsidRDefault="002E3EED">
      <w:pPr>
        <w:pStyle w:val="Puntoelenco"/>
      </w:pPr>
      <w:r>
        <w:t>di impegnarsi al pagamento degli oneri relativi all’acquisizione/concessione del lotto;</w:t>
      </w:r>
    </w:p>
    <w:p w14:paraId="7B3701FE" w14:textId="77777777" w:rsidR="00FD342F" w:rsidRDefault="002E3EED">
      <w:pPr>
        <w:pStyle w:val="Puntoelenco"/>
      </w:pPr>
      <w:r>
        <w:t>di aver effettuato il versamento del diritto istruttorio di € 100,00 e il deposito cauzionale previsto dal bando.</w:t>
      </w:r>
    </w:p>
    <w:p w14:paraId="0854556D" w14:textId="77777777" w:rsidR="00FD342F" w:rsidRDefault="002E3EED">
      <w:pPr>
        <w:jc w:val="left"/>
      </w:pPr>
      <w:r>
        <w:rPr>
          <w:b/>
        </w:rPr>
        <w:t>ELEMENTI RILEVANTI AI FINI DEL PUNTEGGIO</w:t>
      </w:r>
    </w:p>
    <w:p w14:paraId="265DFCA8" w14:textId="77777777" w:rsidR="00FD342F" w:rsidRDefault="002E3EED">
      <w:r>
        <w:t>Il richiedente dichiara di chiedere l’attribuzione dei punteggi previsti dall’art. 8 del Regolamento P.I.P. per i seguenti elementi, che saranno comprovati con la documentazione allegata:</w:t>
      </w:r>
    </w:p>
    <w:p w14:paraId="7EB28C7F" w14:textId="77777777" w:rsidR="00FD342F" w:rsidRDefault="002E3EED">
      <w:r>
        <w:t>□ addetti attualmente in carico: ______________________________________________________________</w:t>
      </w:r>
    </w:p>
    <w:p w14:paraId="22C4F1AE" w14:textId="77777777" w:rsidR="00FD342F" w:rsidRDefault="002E3EED">
      <w:r>
        <w:t>□ nuovi addetti da assumere: ______________________________________________________________</w:t>
      </w:r>
    </w:p>
    <w:p w14:paraId="78785854" w14:textId="77777777" w:rsidR="00FD342F" w:rsidRDefault="002E3EED">
      <w:r>
        <w:t>□ incremento occupazionale negli ultimi tre anni: ______________________________________________________________</w:t>
      </w:r>
    </w:p>
    <w:p w14:paraId="3BE19097" w14:textId="77777777" w:rsidR="00FD342F" w:rsidRDefault="002E3EED">
      <w:r>
        <w:t>□ tipologia dell’attività produttiva: ______________________________________________________________</w:t>
      </w:r>
    </w:p>
    <w:p w14:paraId="5774D748" w14:textId="77777777" w:rsidR="00FD342F" w:rsidRDefault="002E3EED">
      <w:r>
        <w:t>□ settore legno/ferro/marmo/tessile: ______________________________________________________________</w:t>
      </w:r>
    </w:p>
    <w:p w14:paraId="3873CA9C" w14:textId="77777777" w:rsidR="00FD342F" w:rsidRDefault="002E3EED">
      <w:r>
        <w:t>□ deposito: ______________________________________________________________</w:t>
      </w:r>
    </w:p>
    <w:p w14:paraId="4D309A43" w14:textId="77777777" w:rsidR="00FD342F" w:rsidRDefault="002E3EED">
      <w:r>
        <w:t>□ stoccaggio all’aperto: ______________________________________________________________</w:t>
      </w:r>
    </w:p>
    <w:p w14:paraId="5C9AE324" w14:textId="77777777" w:rsidR="00FD342F" w:rsidRDefault="002E3EED">
      <w:r>
        <w:t>□ trasferimento di attività esistente nel territorio comunale: ______________________________________________________________</w:t>
      </w:r>
    </w:p>
    <w:p w14:paraId="3D08BE03" w14:textId="77777777" w:rsidR="00FD342F" w:rsidRDefault="002E3EED">
      <w:r>
        <w:t>□ settore innovativo/diversificazione produttiva: ______________________________________________________________</w:t>
      </w:r>
    </w:p>
    <w:p w14:paraId="136E3C14" w14:textId="77777777" w:rsidR="00FD342F" w:rsidRDefault="002E3EED">
      <w:r>
        <w:t>□ impresa di nuova costituzione con legale rappresentante under 28: ______________________________________________________________</w:t>
      </w:r>
    </w:p>
    <w:p w14:paraId="07038D95" w14:textId="77777777" w:rsidR="00FD342F" w:rsidRDefault="002E3EED">
      <w:r>
        <w:lastRenderedPageBreak/>
        <w:t>□ disponibilità al finanziamento annuale delle iniziative comunali secondo le fasce del Regolamento: ______________________________________________________________</w:t>
      </w:r>
    </w:p>
    <w:p w14:paraId="2E5B3717" w14:textId="77777777" w:rsidR="00FD342F" w:rsidRDefault="002E3EED">
      <w:pPr>
        <w:jc w:val="left"/>
      </w:pPr>
      <w:r>
        <w:rPr>
          <w:b/>
        </w:rPr>
        <w:t>DOCUMENTI ALLEGATI</w:t>
      </w:r>
    </w:p>
    <w:p w14:paraId="7C5D3C67" w14:textId="77777777" w:rsidR="00FD342F" w:rsidRDefault="002E3EED">
      <w:pPr>
        <w:pStyle w:val="Puntoelenco"/>
      </w:pPr>
      <w:r>
        <w:t>Business Plan e piano finanziario;</w:t>
      </w:r>
    </w:p>
    <w:p w14:paraId="1FE32D76" w14:textId="77777777" w:rsidR="00FD342F" w:rsidRDefault="002E3EED">
      <w:pPr>
        <w:pStyle w:val="Puntoelenco"/>
      </w:pPr>
      <w:r>
        <w:t>progetto di massima con indicazione della superficie necessaria, fabbisogno idrico e fabbisogno energetico;</w:t>
      </w:r>
    </w:p>
    <w:p w14:paraId="6953CD06" w14:textId="77777777" w:rsidR="00FD342F" w:rsidRDefault="002E3EED">
      <w:pPr>
        <w:pStyle w:val="Puntoelenco"/>
      </w:pPr>
      <w:r>
        <w:t>layout degli impianti e dei macchinari;</w:t>
      </w:r>
    </w:p>
    <w:p w14:paraId="4EED521E" w14:textId="77777777" w:rsidR="00FD342F" w:rsidRDefault="002E3EED">
      <w:pPr>
        <w:pStyle w:val="Puntoelenco"/>
      </w:pPr>
      <w:r>
        <w:t>statuto e atto costitutivo, ove pertinenti;</w:t>
      </w:r>
    </w:p>
    <w:p w14:paraId="01743B2B" w14:textId="77777777" w:rsidR="00FD342F" w:rsidRDefault="002E3EED">
      <w:pPr>
        <w:pStyle w:val="Puntoelenco"/>
      </w:pPr>
      <w:r>
        <w:t>referenza bancaria;</w:t>
      </w:r>
    </w:p>
    <w:p w14:paraId="630E942C" w14:textId="77777777" w:rsidR="00FD342F" w:rsidRDefault="002E3EED">
      <w:pPr>
        <w:pStyle w:val="Puntoelenco"/>
      </w:pPr>
      <w:r>
        <w:t>documentazione relativa all’organico dell’impresa;</w:t>
      </w:r>
    </w:p>
    <w:p w14:paraId="415734A0" w14:textId="77777777" w:rsidR="00FD342F" w:rsidRDefault="002E3EED">
      <w:pPr>
        <w:pStyle w:val="Puntoelenco"/>
      </w:pPr>
      <w:r>
        <w:t>eventuale contratto di locazione dei locali utilizzati;</w:t>
      </w:r>
    </w:p>
    <w:p w14:paraId="498ABEDB" w14:textId="77777777" w:rsidR="00FD342F" w:rsidRDefault="002E3EED">
      <w:pPr>
        <w:pStyle w:val="Puntoelenco"/>
      </w:pPr>
      <w:r>
        <w:t>ricevuta del diritto istruttorio;</w:t>
      </w:r>
    </w:p>
    <w:p w14:paraId="6AC8C481" w14:textId="77777777" w:rsidR="00FD342F" w:rsidRDefault="002E3EED">
      <w:pPr>
        <w:pStyle w:val="Puntoelenco"/>
      </w:pPr>
      <w:r>
        <w:t>ricevuta del deposito cauzionale;</w:t>
      </w:r>
    </w:p>
    <w:p w14:paraId="332766C0" w14:textId="77777777" w:rsidR="00FD342F" w:rsidRDefault="002E3EED">
      <w:pPr>
        <w:pStyle w:val="Puntoelenco"/>
      </w:pPr>
      <w:r>
        <w:t>copia del documento di identità;</w:t>
      </w:r>
    </w:p>
    <w:p w14:paraId="099D9E28" w14:textId="77777777" w:rsidR="00FD342F" w:rsidRDefault="002E3EED">
      <w:pPr>
        <w:pStyle w:val="Puntoelenco"/>
      </w:pPr>
      <w:r>
        <w:t>ogni ulteriore documento utile alla valutazione e all’attribuzione del punteggio.</w:t>
      </w:r>
    </w:p>
    <w:p w14:paraId="7EC9262A" w14:textId="77777777" w:rsidR="00FD342F" w:rsidRDefault="002E3EED">
      <w:r>
        <w:t>Il sottoscritto dichiara di essere consapevole delle responsabilità previste in caso di dichiarazioni mendaci e della decadenza dai benefici eventualmente conseguiti sulla base di dichiarazioni non veritiere.</w:t>
      </w:r>
    </w:p>
    <w:p w14:paraId="05CA1DF6" w14:textId="77777777" w:rsidR="00FD342F" w:rsidRDefault="002E3EED">
      <w:r>
        <w:t>Luogo e data ______________________________</w:t>
      </w:r>
    </w:p>
    <w:p w14:paraId="35EC0DDB" w14:textId="77777777" w:rsidR="00FD342F" w:rsidRDefault="002E3EED">
      <w:pPr>
        <w:jc w:val="right"/>
      </w:pPr>
      <w:r>
        <w:t>Firma ______________________________</w:t>
      </w:r>
    </w:p>
    <w:sectPr w:rsidR="00FD342F" w:rsidSect="00034616">
      <w:headerReference w:type="default" r:id="rId8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A662F" w14:textId="77777777" w:rsidR="002E3EED" w:rsidRDefault="002E3EED">
      <w:pPr>
        <w:spacing w:after="0"/>
      </w:pPr>
      <w:r>
        <w:separator/>
      </w:r>
    </w:p>
  </w:endnote>
  <w:endnote w:type="continuationSeparator" w:id="0">
    <w:p w14:paraId="105074A1" w14:textId="77777777" w:rsidR="002E3EED" w:rsidRDefault="002E3E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82068" w14:textId="77777777" w:rsidR="002E3EED" w:rsidRDefault="002E3EED">
      <w:pPr>
        <w:spacing w:after="0"/>
      </w:pPr>
      <w:r>
        <w:separator/>
      </w:r>
    </w:p>
  </w:footnote>
  <w:footnote w:type="continuationSeparator" w:id="0">
    <w:p w14:paraId="18866B60" w14:textId="77777777" w:rsidR="002E3EED" w:rsidRDefault="002E3E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3D7B" w14:textId="77777777" w:rsidR="001B789B" w:rsidRPr="001B789B" w:rsidRDefault="001B789B" w:rsidP="001B789B">
    <w:pPr>
      <w:spacing w:after="20"/>
      <w:jc w:val="center"/>
      <w:rPr>
        <w:rFonts w:eastAsia="MS Mincho" w:cs="Times New Roman"/>
      </w:rPr>
    </w:pPr>
    <w:r w:rsidRPr="001B789B">
      <w:rPr>
        <w:rFonts w:eastAsia="MS Mincho" w:cs="Times New Roman"/>
        <w:noProof/>
      </w:rPr>
      <w:drawing>
        <wp:inline distT="0" distB="0" distL="0" distR="0" wp14:anchorId="74A10C51" wp14:editId="61626FE4">
          <wp:extent cx="450000" cy="663158"/>
          <wp:effectExtent l="0" t="0" r="0" b="0"/>
          <wp:docPr id="11785305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ma_sersale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0000" cy="663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1A6AC8" w14:textId="77777777" w:rsidR="001B789B" w:rsidRPr="001B789B" w:rsidRDefault="001B789B" w:rsidP="001B789B">
    <w:pPr>
      <w:spacing w:after="0"/>
      <w:jc w:val="center"/>
      <w:rPr>
        <w:rFonts w:eastAsia="MS Mincho" w:cs="Times New Roman"/>
        <w:lang w:val="it-IT"/>
      </w:rPr>
    </w:pPr>
    <w:r w:rsidRPr="001B789B">
      <w:rPr>
        <w:rFonts w:cs="Times New Roman"/>
        <w:color w:val="000000"/>
        <w:sz w:val="42"/>
        <w:lang w:val="it-IT"/>
      </w:rPr>
      <w:t>Comune di Sersale</w:t>
    </w:r>
  </w:p>
  <w:p w14:paraId="3A7F3EFE" w14:textId="77777777" w:rsidR="001B789B" w:rsidRPr="001B789B" w:rsidRDefault="001B789B" w:rsidP="001B789B">
    <w:pPr>
      <w:jc w:val="center"/>
      <w:rPr>
        <w:rFonts w:eastAsia="MS Mincho" w:cs="Times New Roman"/>
        <w:lang w:val="it-IT"/>
      </w:rPr>
    </w:pPr>
    <w:r w:rsidRPr="001B789B">
      <w:rPr>
        <w:rFonts w:cs="Times New Roman"/>
        <w:color w:val="000000"/>
        <w:sz w:val="21"/>
        <w:lang w:val="it-IT"/>
      </w:rPr>
      <w:t>Provincia di Catanzaro</w:t>
    </w:r>
  </w:p>
  <w:p w14:paraId="3EA062ED" w14:textId="77777777" w:rsidR="001B789B" w:rsidRPr="001B789B" w:rsidRDefault="001B789B" w:rsidP="001B789B">
    <w:pPr>
      <w:spacing w:after="0"/>
      <w:jc w:val="center"/>
      <w:rPr>
        <w:rFonts w:eastAsia="MS Mincho" w:cs="Times New Roman"/>
        <w:lang w:val="it-IT"/>
      </w:rPr>
    </w:pPr>
    <w:r w:rsidRPr="001B789B">
      <w:rPr>
        <w:rFonts w:cs="Times New Roman"/>
        <w:b/>
        <w:color w:val="385723"/>
        <w:lang w:val="it-IT"/>
      </w:rPr>
      <w:t>AREA EDILIZIA E URBANISTICA</w:t>
    </w:r>
  </w:p>
  <w:p w14:paraId="29FFF0F8" w14:textId="77777777" w:rsidR="001B789B" w:rsidRPr="001B789B" w:rsidRDefault="001B789B" w:rsidP="001B789B">
    <w:pPr>
      <w:spacing w:after="0"/>
      <w:jc w:val="center"/>
      <w:rPr>
        <w:rFonts w:eastAsia="MS Mincho" w:cs="Times New Roman"/>
        <w:lang w:val="it-IT"/>
      </w:rPr>
    </w:pPr>
    <w:r w:rsidRPr="001B789B">
      <w:rPr>
        <w:rFonts w:cs="Times New Roman"/>
        <w:color w:val="385723"/>
        <w:sz w:val="21"/>
        <w:lang w:val="it-IT"/>
      </w:rPr>
      <w:t>Servizio SUE - SUAP</w:t>
    </w:r>
  </w:p>
  <w:p w14:paraId="5ACC2FE3" w14:textId="77777777" w:rsidR="001B789B" w:rsidRPr="001B789B" w:rsidRDefault="001B789B" w:rsidP="001B789B">
    <w:pPr>
      <w:spacing w:after="20"/>
      <w:jc w:val="center"/>
      <w:rPr>
        <w:rFonts w:eastAsia="MS Mincho" w:cs="Times New Roman"/>
        <w:lang w:val="it-IT"/>
      </w:rPr>
    </w:pPr>
    <w:r w:rsidRPr="001B789B">
      <w:rPr>
        <w:rFonts w:cs="Times New Roman"/>
        <w:color w:val="666666"/>
        <w:sz w:val="17"/>
        <w:lang w:val="it-IT"/>
      </w:rPr>
      <w:t>Via Roma, 34 - 88054 Sersale (CZ) - tel. 0961 930927-36 - P. IVA 00300810793</w:t>
    </w:r>
  </w:p>
  <w:p w14:paraId="6655F07A" w14:textId="77777777" w:rsidR="001B789B" w:rsidRPr="001B789B" w:rsidRDefault="001B789B" w:rsidP="001B789B">
    <w:pPr>
      <w:pBdr>
        <w:bottom w:val="single" w:sz="16" w:space="5" w:color="BF9000"/>
      </w:pBdr>
      <w:spacing w:after="140"/>
      <w:jc w:val="center"/>
      <w:rPr>
        <w:rFonts w:eastAsia="MS Mincho" w:cs="Times New Roman"/>
        <w:lang w:val="it-IT"/>
      </w:rPr>
    </w:pPr>
    <w:r w:rsidRPr="001B789B">
      <w:rPr>
        <w:rFonts w:cs="Times New Roman"/>
        <w:color w:val="666666"/>
        <w:sz w:val="17"/>
        <w:lang w:val="it-IT"/>
      </w:rPr>
      <w:t>protocollo.sersale@asmepec.it - urbanistica@comune.sersale.cz.it - www.comune.sersale.cz.it</w:t>
    </w:r>
  </w:p>
  <w:p w14:paraId="572A4B99" w14:textId="53D2D1B0" w:rsidR="00FD342F" w:rsidRPr="001B789B" w:rsidRDefault="00FD342F" w:rsidP="001B789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6496737">
    <w:abstractNumId w:val="8"/>
  </w:num>
  <w:num w:numId="2" w16cid:durableId="173111768">
    <w:abstractNumId w:val="6"/>
  </w:num>
  <w:num w:numId="3" w16cid:durableId="968584575">
    <w:abstractNumId w:val="5"/>
  </w:num>
  <w:num w:numId="4" w16cid:durableId="431702915">
    <w:abstractNumId w:val="4"/>
  </w:num>
  <w:num w:numId="5" w16cid:durableId="967664802">
    <w:abstractNumId w:val="7"/>
  </w:num>
  <w:num w:numId="6" w16cid:durableId="427584825">
    <w:abstractNumId w:val="3"/>
  </w:num>
  <w:num w:numId="7" w16cid:durableId="1275674831">
    <w:abstractNumId w:val="2"/>
  </w:num>
  <w:num w:numId="8" w16cid:durableId="446654821">
    <w:abstractNumId w:val="1"/>
  </w:num>
  <w:num w:numId="9" w16cid:durableId="125698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89B"/>
    <w:rsid w:val="0029639D"/>
    <w:rsid w:val="002E3EED"/>
    <w:rsid w:val="00326F90"/>
    <w:rsid w:val="00AA1D8D"/>
    <w:rsid w:val="00B47730"/>
    <w:rsid w:val="00CB0664"/>
    <w:rsid w:val="00DD200F"/>
    <w:rsid w:val="00FC693F"/>
    <w:rsid w:val="00FD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BAE7B"/>
  <w14:defaultImageDpi w14:val="300"/>
  <w15:docId w15:val="{1D6DB27E-434F-4051-9AD5-B9376A62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  <w:jc w:val="both"/>
    </w:pPr>
    <w:rPr>
      <w:rFonts w:ascii="Arial Narrow" w:eastAsia="Arial Narrow" w:hAnsi="Arial Narrow"/>
      <w:sz w:val="26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 BIANCO</cp:lastModifiedBy>
  <cp:revision>2</cp:revision>
  <dcterms:created xsi:type="dcterms:W3CDTF">2013-12-23T23:15:00Z</dcterms:created>
  <dcterms:modified xsi:type="dcterms:W3CDTF">2026-11-03T15:11:00Z</dcterms:modified>
  <cp:category/>
</cp:coreProperties>
</file>